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3F7F9"/>
  <w:body>
    <w:p w:rsidR="00426922" w:rsidRDefault="000665F8">
      <w:pPr>
        <w:spacing w:after="0"/>
        <w:jc w:val="center"/>
      </w:pPr>
      <w:bookmarkStart w:id="0" w:name="_GoBack"/>
      <w:r>
        <w:rPr>
          <w:noProof/>
          <w:lang w:val="en-IN" w:eastAsia="en-IN"/>
        </w:rPr>
        <w:drawing>
          <wp:inline distT="0" distB="0" distL="0" distR="0">
            <wp:extent cx="4902025" cy="735303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high_resolution_cinematic_modern_fitness_workb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9128" cy="740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26922" w:rsidRDefault="000665F8" w:rsidP="000665F8">
      <w:pPr>
        <w:spacing w:after="0"/>
      </w:pPr>
      <w:proofErr w:type="gramStart"/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</w:t>
      </w:r>
      <w:proofErr w:type="gramEnd"/>
      <w:r>
        <w:rPr>
          <w:rFonts w:ascii="Poppins" w:hAnsi="Poppins"/>
          <w:b/>
          <w:color w:val="172B3A"/>
          <w:sz w:val="27"/>
        </w:rPr>
        <w:t xml:space="preserve">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 Oct – 15 Oct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4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5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6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7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8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9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10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11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12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13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14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15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1–2 OF 16 · PAGE 1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The winter doesn't ask if you're ready. It just arrives. So do the work anyway.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16 Oct – 31 Oct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16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17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18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19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20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21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22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23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24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25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26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27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28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29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30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31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3–4 OF 16 · PAGE 2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 xml:space="preserve">Discipline is choosing between what you want now and what you </w:t>
            </w:r>
            <w:r>
              <w:rPr>
                <w:rFonts w:ascii="Poppins" w:hAnsi="Poppins"/>
                <w:b/>
                <w:color w:val="172B3A"/>
                <w:sz w:val="18"/>
              </w:rPr>
              <w:t>want most.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 Nov – 15 Nov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4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5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6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7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8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9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10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11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12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13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14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15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5–6 OF 16 · PAGE 3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No one becomes disciplined in a day. But every day adds up</w:t>
            </w:r>
            <w:r>
              <w:rPr>
                <w:rFonts w:ascii="Poppins" w:hAnsi="Poppins"/>
                <w:b/>
                <w:color w:val="172B3A"/>
                <w:sz w:val="18"/>
              </w:rPr>
              <w:t xml:space="preserve"> to become undeniable.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16 Nov – 30 Nov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16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17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18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19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20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21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22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23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24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25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26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27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28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29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30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7–8 OF 16 · PAGE 4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 xml:space="preserve">The cold doesn’t build character. </w:t>
            </w:r>
            <w:r>
              <w:rPr>
                <w:rFonts w:ascii="Poppins" w:hAnsi="Poppins"/>
                <w:b/>
                <w:color w:val="172B3A"/>
                <w:sz w:val="18"/>
              </w:rPr>
              <w:t>What you do in spite of it does.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 Dec – 15 Dec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4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5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6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7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8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9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10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11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12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13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14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15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9–10 OF 16 · PAGE 5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You don’t rise to the level of your</w:t>
            </w:r>
            <w:r>
              <w:rPr>
                <w:rFonts w:ascii="Poppins" w:hAnsi="Poppins"/>
                <w:b/>
                <w:color w:val="172B3A"/>
                <w:sz w:val="18"/>
              </w:rPr>
              <w:t xml:space="preserve"> goals. You fall to the level of your systems.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16 Dec – 31 Dec 2026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16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17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18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19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20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21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22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23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24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25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26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27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28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29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30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31</w:t>
            </w:r>
            <w:r>
              <w:rPr>
                <w:rFonts w:ascii="Poppins" w:hAnsi="Poppins"/>
                <w:color w:val="172B3A"/>
                <w:sz w:val="11"/>
              </w:rPr>
              <w:br/>
            </w:r>
            <w:r>
              <w:rPr>
                <w:rFonts w:ascii="Poppins" w:hAnsi="Poppins"/>
                <w:color w:val="172B3A"/>
                <w:sz w:val="11"/>
              </w:rPr>
              <w:t>Thu</w:t>
            </w:r>
          </w:p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11–12 OF 16 · PAGE 6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Small actions, repeated daily, are how physiques and empires are both built.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 Jan – 15 Jan 2027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4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5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6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7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8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9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10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11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12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13</w:t>
            </w:r>
            <w:r>
              <w:rPr>
                <w:rFonts w:ascii="Poppins" w:hAnsi="Poppins"/>
                <w:color w:val="172B3A"/>
                <w:sz w:val="11"/>
              </w:rPr>
              <w:br/>
            </w:r>
            <w:r>
              <w:rPr>
                <w:rFonts w:ascii="Poppins" w:hAnsi="Poppins"/>
                <w:color w:val="172B3A"/>
                <w:sz w:val="11"/>
              </w:rPr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14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15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 xml:space="preserve">WEEK 13–14 OF 16 · </w:t>
            </w:r>
            <w:r>
              <w:rPr>
                <w:rFonts w:ascii="Poppins" w:hAnsi="Poppins"/>
                <w:b/>
                <w:color w:val="FFFFFF"/>
                <w:sz w:val="13"/>
              </w:rPr>
              <w:t>PAGE 7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The arc isn’t about one perfect day. It’s about never missing two in a row.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p w:rsidR="00426922" w:rsidRDefault="000665F8">
      <w:pPr>
        <w:spacing w:after="0"/>
      </w:pPr>
      <w:r>
        <w:br w:type="page"/>
      </w:r>
    </w:p>
    <w:p w:rsidR="00426922" w:rsidRDefault="000665F8">
      <w:pPr>
        <w:spacing w:after="0"/>
        <w:jc w:val="center"/>
      </w:pPr>
      <w:r>
        <w:rPr>
          <w:rFonts w:ascii="Poppins" w:hAnsi="Poppins"/>
          <w:b/>
          <w:color w:val="172B3A"/>
          <w:sz w:val="27"/>
        </w:rPr>
        <w:lastRenderedPageBreak/>
        <w:t>❄</w:t>
      </w:r>
      <w:r>
        <w:rPr>
          <w:rFonts w:ascii="Poppins" w:hAnsi="Poppins"/>
          <w:b/>
          <w:color w:val="172B3A"/>
          <w:sz w:val="27"/>
        </w:rPr>
        <w:t xml:space="preserve">  WINTER ARC  ❄</w:t>
      </w:r>
    </w:p>
    <w:p w:rsidR="00426922" w:rsidRDefault="000665F8">
      <w:pPr>
        <w:spacing w:after="40"/>
        <w:jc w:val="center"/>
      </w:pPr>
      <w:r>
        <w:rPr>
          <w:rFonts w:ascii="Poppins" w:hAnsi="Poppins"/>
          <w:b/>
          <w:color w:val="B18A45"/>
          <w:sz w:val="17"/>
        </w:rPr>
        <w:t>16 Jan – 1 Feb 2027</w:t>
      </w:r>
    </w:p>
    <w:p w:rsidR="00426922" w:rsidRDefault="000665F8">
      <w:pPr>
        <w:spacing w:after="20"/>
      </w:pPr>
      <w:r>
        <w:rPr>
          <w:rFonts w:ascii="Poppins" w:hAnsi="Poppins"/>
          <w:b/>
          <w:color w:val="172B3A"/>
          <w:sz w:val="18"/>
        </w:rPr>
        <w:t>Ankush's DAILY NON-NEGOTIABLES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332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812"/>
        <w:gridCol w:w="143"/>
      </w:tblGrid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16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17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18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19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20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21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22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23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24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25</w:t>
            </w:r>
            <w:r>
              <w:rPr>
                <w:rFonts w:ascii="Poppins" w:hAnsi="Poppins"/>
                <w:color w:val="172B3A"/>
                <w:sz w:val="11"/>
              </w:rPr>
              <w:br/>
            </w:r>
            <w:r>
              <w:rPr>
                <w:rFonts w:ascii="Poppins" w:hAnsi="Poppins"/>
                <w:color w:val="172B3A"/>
                <w:sz w:val="11"/>
              </w:rPr>
              <w:t>Mon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26</w:t>
            </w:r>
            <w:r>
              <w:rPr>
                <w:rFonts w:ascii="Poppins" w:hAnsi="Poppins"/>
                <w:color w:val="172B3A"/>
                <w:sz w:val="11"/>
              </w:rPr>
              <w:br/>
              <w:t>Tue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27</w:t>
            </w:r>
            <w:r>
              <w:rPr>
                <w:rFonts w:ascii="Poppins" w:hAnsi="Poppins"/>
                <w:color w:val="172B3A"/>
                <w:sz w:val="11"/>
              </w:rPr>
              <w:br/>
              <w:t>Wed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28</w:t>
            </w:r>
            <w:r>
              <w:rPr>
                <w:rFonts w:ascii="Poppins" w:hAnsi="Poppins"/>
                <w:color w:val="172B3A"/>
                <w:sz w:val="11"/>
              </w:rPr>
              <w:br/>
              <w:t>Thu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29</w:t>
            </w:r>
            <w:r>
              <w:rPr>
                <w:rFonts w:ascii="Poppins" w:hAnsi="Poppins"/>
                <w:color w:val="172B3A"/>
                <w:sz w:val="11"/>
              </w:rPr>
              <w:br/>
              <w:t>Fri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30</w:t>
            </w:r>
            <w:r>
              <w:rPr>
                <w:rFonts w:ascii="Poppins" w:hAnsi="Poppins"/>
                <w:color w:val="172B3A"/>
                <w:sz w:val="11"/>
              </w:rPr>
              <w:br/>
              <w:t>Sat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31</w:t>
            </w:r>
            <w:r>
              <w:rPr>
                <w:rFonts w:ascii="Poppins" w:hAnsi="Poppins"/>
                <w:color w:val="172B3A"/>
                <w:sz w:val="11"/>
              </w:rPr>
              <w:br/>
              <w:t>Sun</w:t>
            </w:r>
          </w:p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2EDF2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172B3A"/>
                <w:sz w:val="14"/>
              </w:rPr>
              <w:t>1</w:t>
            </w:r>
            <w:r>
              <w:rPr>
                <w:rFonts w:ascii="Poppins" w:hAnsi="Poppins"/>
                <w:color w:val="172B3A"/>
                <w:sz w:val="11"/>
              </w:rPr>
              <w:br/>
              <w:t>Mon</w:t>
            </w:r>
          </w:p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EE8F3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Meditate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EC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Eat Enough Protein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7EC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Exercise Indoor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E8F1F5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Run / Outdoor Exercise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5F0DE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Wake Same Time Daily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trHeight w:hRule="exact" w:val="792"/>
          <w:jc w:val="center"/>
        </w:trPr>
        <w:tc>
          <w:tcPr>
            <w:tcW w:w="2332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4E8ED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0665F8">
            <w:pPr>
              <w:spacing w:after="0"/>
            </w:pPr>
            <w:r>
              <w:rPr>
                <w:rFonts w:ascii="Poppins" w:hAnsi="Poppins"/>
                <w:b/>
                <w:color w:val="172B3A"/>
                <w:sz w:val="16"/>
              </w:rPr>
              <w:t>Master One Skill</w:t>
            </w:r>
          </w:p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  <w:tc>
          <w:tcPr>
            <w:tcW w:w="798" w:type="dxa"/>
            <w:gridSpan w:val="2"/>
            <w:tcBorders>
              <w:top w:val="single" w:sz="5" w:space="0" w:color="AAB8C1"/>
              <w:left w:val="single" w:sz="5" w:space="0" w:color="AAB8C1"/>
              <w:bottom w:val="single" w:sz="5" w:space="0" w:color="AAB8C1"/>
              <w:right w:val="single" w:sz="5" w:space="0" w:color="AAB8C1"/>
            </w:tcBorders>
            <w:shd w:val="clear" w:color="auto" w:fill="FFFFFF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:rsidR="00426922" w:rsidRDefault="00426922"/>
        </w:tc>
      </w:tr>
      <w:tr w:rsidR="00426922">
        <w:trPr>
          <w:gridBefore w:val="1"/>
          <w:gridAfter w:val="1"/>
          <w:wAfter w:w="108" w:type="dxa"/>
          <w:trHeight w:hRule="exact" w:val="461"/>
          <w:jc w:val="center"/>
        </w:trPr>
        <w:tc>
          <w:tcPr>
            <w:tcW w:w="15912" w:type="dxa"/>
            <w:gridSpan w:val="18"/>
            <w:tcBorders>
              <w:top w:val="single" w:sz="5" w:space="0" w:color="172B3A"/>
              <w:left w:val="single" w:sz="5" w:space="0" w:color="172B3A"/>
              <w:bottom w:val="single" w:sz="5" w:space="0" w:color="172B3A"/>
              <w:right w:val="single" w:sz="5" w:space="0" w:color="172B3A"/>
            </w:tcBorders>
            <w:shd w:val="clear" w:color="auto" w:fill="172B3A"/>
            <w:tcMar>
              <w:top w:w="15" w:type="dxa"/>
              <w:left w:w="35" w:type="dxa"/>
              <w:bottom w:w="15" w:type="dxa"/>
              <w:right w:w="35" w:type="dxa"/>
            </w:tcMar>
          </w:tcPr>
          <w:p w:rsidR="00426922" w:rsidRDefault="000665F8">
            <w:pPr>
              <w:jc w:val="center"/>
            </w:pPr>
            <w:r>
              <w:rPr>
                <w:rFonts w:ascii="Poppins" w:hAnsi="Poppins"/>
                <w:b/>
                <w:color w:val="FFFFFF"/>
                <w:sz w:val="13"/>
              </w:rPr>
              <w:t>WEEK 15–16 OF 16 · PAGE 8 OF 8</w:t>
            </w:r>
          </w:p>
        </w:tc>
      </w:tr>
      <w:tr w:rsidR="00426922">
        <w:trPr>
          <w:gridAfter w:val="1"/>
          <w:wAfter w:w="143" w:type="dxa"/>
          <w:trHeight w:hRule="exact" w:val="1901"/>
          <w:jc w:val="center"/>
        </w:trPr>
        <w:tc>
          <w:tcPr>
            <w:tcW w:w="15912" w:type="dxa"/>
            <w:gridSpan w:val="19"/>
            <w:tcBorders>
              <w:top w:val="single" w:sz="5" w:space="0" w:color="B7C6CF"/>
              <w:left w:val="single" w:sz="5" w:space="0" w:color="B7C6CF"/>
              <w:bottom w:val="single" w:sz="5" w:space="0" w:color="B7C6CF"/>
              <w:right w:val="single" w:sz="5" w:space="0" w:color="B7C6CF"/>
            </w:tcBorders>
            <w:shd w:val="clear" w:color="auto" w:fill="E2EDF2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</w:rPr>
              <w:t>“</w:t>
            </w:r>
          </w:p>
          <w:p w:rsidR="00426922" w:rsidRDefault="000665F8">
            <w:pPr>
              <w:spacing w:after="20"/>
              <w:jc w:val="center"/>
            </w:pPr>
            <w:r>
              <w:rPr>
                <w:rFonts w:ascii="Poppins" w:hAnsi="Poppins"/>
                <w:b/>
                <w:color w:val="172B3A"/>
                <w:sz w:val="18"/>
              </w:rPr>
              <w:t>By February, you won’t recognize the person who started this in October.</w:t>
            </w:r>
          </w:p>
          <w:p w:rsidR="00426922" w:rsidRDefault="000665F8">
            <w:pPr>
              <w:spacing w:after="0"/>
              <w:jc w:val="center"/>
            </w:pPr>
            <w:r>
              <w:rPr>
                <w:rFonts w:ascii="Poppins" w:hAnsi="Poppins"/>
                <w:b/>
                <w:color w:val="B18A45"/>
                <w:sz w:val="14"/>
              </w:rPr>
              <w:t>— DAY ZERO</w:t>
            </w:r>
          </w:p>
        </w:tc>
      </w:tr>
    </w:tbl>
    <w:p w:rsidR="00426922" w:rsidRDefault="000665F8">
      <w:pPr>
        <w:spacing w:after="0"/>
        <w:jc w:val="center"/>
      </w:pPr>
      <w:r>
        <w:rPr>
          <w:rFonts w:ascii="Poppins" w:hAnsi="Poppins"/>
          <w:color w:val="B18A45"/>
          <w:sz w:val="13"/>
        </w:rPr>
        <w:t>@ankush_journey</w:t>
      </w:r>
    </w:p>
    <w:sectPr w:rsidR="00426922" w:rsidSect="00034616">
      <w:pgSz w:w="16834" w:h="11909" w:orient="landscape"/>
      <w:pgMar w:top="259" w:right="403" w:bottom="259" w:left="403" w:header="72" w:footer="7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5F8"/>
    <w:rsid w:val="0015074B"/>
    <w:rsid w:val="0029639D"/>
    <w:rsid w:val="00326F90"/>
    <w:rsid w:val="004269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C6CB457-50D1-4C1C-964B-1D00375A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DF9D08-C355-4AE1-930F-1CFE65BE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2026-10-01T06:34:00Z</dcterms:created>
  <dcterms:modified xsi:type="dcterms:W3CDTF">2026-10-01T06:34:00Z</dcterms:modified>
  <cp:category/>
</cp:coreProperties>
</file>